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2CD48" w14:textId="61DCD2C0" w:rsidR="003906DC" w:rsidRDefault="007A1F76">
      <w:pPr>
        <w:pStyle w:val="Heading1"/>
      </w:pPr>
      <w:r>
        <w:t xml:space="preserve">FFVP Monthly Claim </w:t>
      </w:r>
      <w:r w:rsidR="00FF2069">
        <w:t>Target Submission Dates</w:t>
      </w:r>
      <w:r>
        <w:t xml:space="preserve"> (</w:t>
      </w:r>
      <w:r w:rsidR="00D72EBD">
        <w:t>FY</w:t>
      </w:r>
      <w:r>
        <w:t xml:space="preserve"> 202</w:t>
      </w:r>
      <w:r w:rsidR="00D72EBD">
        <w:t>6</w:t>
      </w:r>
      <w:r>
        <w:t>–2</w:t>
      </w:r>
      <w:r w:rsidR="00D72EBD">
        <w:t>7</w:t>
      </w:r>
      <w:r>
        <w:t>)</w:t>
      </w:r>
    </w:p>
    <w:p w14:paraId="06AA0938" w14:textId="312BAA87" w:rsidR="003906DC" w:rsidRDefault="007A1F76">
      <w:pPr>
        <w:pStyle w:val="Heading2"/>
      </w:pPr>
      <w:r>
        <w:t xml:space="preserve">30-Day Claim Submission </w:t>
      </w:r>
      <w:r w:rsidR="00FF2069">
        <w:t>Dates</w:t>
      </w:r>
    </w:p>
    <w:p w14:paraId="44305673" w14:textId="7EB2B914" w:rsidR="003906DC" w:rsidRPr="007A1F76" w:rsidRDefault="007A1F76">
      <w:pPr>
        <w:rPr>
          <w:rFonts w:asciiTheme="majorHAnsi" w:hAnsiTheme="majorHAnsi" w:cstheme="majorHAnsi"/>
          <w:sz w:val="24"/>
          <w:szCs w:val="24"/>
        </w:rPr>
      </w:pPr>
      <w:r w:rsidRPr="007A1F76">
        <w:rPr>
          <w:rFonts w:asciiTheme="majorHAnsi" w:hAnsiTheme="majorHAnsi" w:cstheme="majorHAnsi"/>
          <w:b/>
          <w:bCs/>
          <w:sz w:val="24"/>
          <w:szCs w:val="24"/>
        </w:rPr>
        <w:t>Submit monthly claim sheets</w:t>
      </w:r>
      <w:r w:rsidRPr="007A1F76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to </w:t>
      </w:r>
      <w:hyperlink r:id="rId6" w:history="1">
        <w:r w:rsidRPr="00770905">
          <w:rPr>
            <w:rStyle w:val="Hyperlink"/>
            <w:rFonts w:asciiTheme="majorHAnsi" w:hAnsiTheme="majorHAnsi" w:cstheme="majorHAnsi"/>
            <w:sz w:val="24"/>
            <w:szCs w:val="24"/>
          </w:rPr>
          <w:t>ODE.FFVP@ode.oregon.gov</w:t>
        </w:r>
      </w:hyperlink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7A1F76">
        <w:rPr>
          <w:rFonts w:asciiTheme="majorHAnsi" w:hAnsiTheme="majorHAnsi" w:cstheme="majorHAnsi"/>
          <w:sz w:val="24"/>
          <w:szCs w:val="24"/>
        </w:rPr>
        <w:t xml:space="preserve">within </w:t>
      </w:r>
      <w:r w:rsidRPr="007A1F76">
        <w:rPr>
          <w:rFonts w:asciiTheme="majorHAnsi" w:hAnsiTheme="majorHAnsi" w:cstheme="majorHAnsi"/>
          <w:b/>
          <w:bCs/>
          <w:sz w:val="24"/>
          <w:szCs w:val="24"/>
        </w:rPr>
        <w:t>30 days</w:t>
      </w:r>
      <w:r w:rsidRPr="007A1F76">
        <w:rPr>
          <w:rFonts w:asciiTheme="majorHAnsi" w:hAnsiTheme="majorHAnsi" w:cstheme="majorHAnsi"/>
          <w:sz w:val="24"/>
          <w:szCs w:val="24"/>
        </w:rPr>
        <w:t xml:space="preserve"> of the end of each claim month. If the 30th day falls on a weekend, submit by the following Monday.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3906DC" w:rsidRPr="007A1F76" w14:paraId="34627A78" w14:textId="77777777">
        <w:tc>
          <w:tcPr>
            <w:tcW w:w="4320" w:type="dxa"/>
          </w:tcPr>
          <w:p w14:paraId="0D7160F5" w14:textId="77777777" w:rsidR="003906DC" w:rsidRPr="007A1F76" w:rsidRDefault="007A1F76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Claim Month</w:t>
            </w:r>
          </w:p>
        </w:tc>
        <w:tc>
          <w:tcPr>
            <w:tcW w:w="4320" w:type="dxa"/>
          </w:tcPr>
          <w:p w14:paraId="51A14F0D" w14:textId="77777777" w:rsidR="003906DC" w:rsidRPr="007A1F76" w:rsidRDefault="007A1F76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Submit By (30-Day Deadline)</w:t>
            </w:r>
          </w:p>
        </w:tc>
      </w:tr>
      <w:tr w:rsidR="003906DC" w:rsidRPr="007A1F76" w14:paraId="532CEBA0" w14:textId="77777777">
        <w:tc>
          <w:tcPr>
            <w:tcW w:w="4320" w:type="dxa"/>
          </w:tcPr>
          <w:p w14:paraId="410111C7" w14:textId="4E950B0D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October 202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4320" w:type="dxa"/>
          </w:tcPr>
          <w:p w14:paraId="6113E45F" w14:textId="7AB95178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 xml:space="preserve">Monday, </w:t>
            </w:r>
            <w:r w:rsidR="000A1A9A">
              <w:rPr>
                <w:rFonts w:asciiTheme="majorHAnsi" w:hAnsiTheme="majorHAnsi" w:cstheme="majorHAnsi"/>
                <w:sz w:val="24"/>
                <w:szCs w:val="24"/>
              </w:rPr>
              <w:t>November</w:t>
            </w: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0A1A9A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, 202</w:t>
            </w:r>
            <w:r w:rsidR="000A1A9A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</w:tr>
      <w:tr w:rsidR="003906DC" w:rsidRPr="007A1F76" w14:paraId="256372F5" w14:textId="77777777">
        <w:tc>
          <w:tcPr>
            <w:tcW w:w="4320" w:type="dxa"/>
          </w:tcPr>
          <w:p w14:paraId="7D582E2A" w14:textId="148A327E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November 202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4320" w:type="dxa"/>
          </w:tcPr>
          <w:p w14:paraId="3AF007AE" w14:textId="6C8A043B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Wednesday, December 3</w:t>
            </w:r>
            <w:r w:rsidR="000A1A9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, 202</w:t>
            </w:r>
            <w:r w:rsidR="000A1A9A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</w:tr>
      <w:tr w:rsidR="003906DC" w:rsidRPr="007A1F76" w14:paraId="755A6E23" w14:textId="77777777">
        <w:tc>
          <w:tcPr>
            <w:tcW w:w="4320" w:type="dxa"/>
          </w:tcPr>
          <w:p w14:paraId="733DE530" w14:textId="1EB38269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December 202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4320" w:type="dxa"/>
          </w:tcPr>
          <w:p w14:paraId="288E4784" w14:textId="45AF07A9" w:rsidR="003906DC" w:rsidRPr="007A1F76" w:rsidRDefault="000A1A9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Monday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February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>, 202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</w:tr>
      <w:tr w:rsidR="003906DC" w:rsidRPr="007A1F76" w14:paraId="309E9737" w14:textId="77777777">
        <w:tc>
          <w:tcPr>
            <w:tcW w:w="4320" w:type="dxa"/>
          </w:tcPr>
          <w:p w14:paraId="29403717" w14:textId="4FC688F0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January 202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4320" w:type="dxa"/>
          </w:tcPr>
          <w:p w14:paraId="1F8E494B" w14:textId="0D5BEB37" w:rsidR="003906DC" w:rsidRPr="007A1F76" w:rsidRDefault="000A1A9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Tuesday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March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 xml:space="preserve"> 2, 202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</w:tr>
      <w:tr w:rsidR="003906DC" w:rsidRPr="007A1F76" w14:paraId="0AF91ADB" w14:textId="77777777">
        <w:tc>
          <w:tcPr>
            <w:tcW w:w="4320" w:type="dxa"/>
          </w:tcPr>
          <w:p w14:paraId="4F1BF212" w14:textId="690CE838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February 202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4320" w:type="dxa"/>
          </w:tcPr>
          <w:p w14:paraId="7E227540" w14:textId="4F5AC6F9" w:rsidR="003906DC" w:rsidRPr="007A1F76" w:rsidRDefault="000A1A9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Tuesday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>, March 30, 202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</w:tr>
      <w:tr w:rsidR="003906DC" w:rsidRPr="007A1F76" w14:paraId="1791C63F" w14:textId="77777777">
        <w:tc>
          <w:tcPr>
            <w:tcW w:w="4320" w:type="dxa"/>
          </w:tcPr>
          <w:p w14:paraId="1187E7C1" w14:textId="385771F9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March 202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4320" w:type="dxa"/>
          </w:tcPr>
          <w:p w14:paraId="25D28053" w14:textId="78DF1467" w:rsidR="003906DC" w:rsidRPr="007A1F76" w:rsidRDefault="000A1A9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Friday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>, April 30, 202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</w:tr>
      <w:tr w:rsidR="003906DC" w:rsidRPr="007A1F76" w14:paraId="7146F36C" w14:textId="77777777">
        <w:tc>
          <w:tcPr>
            <w:tcW w:w="4320" w:type="dxa"/>
          </w:tcPr>
          <w:p w14:paraId="4E6F2D69" w14:textId="07A81B89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April 202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4320" w:type="dxa"/>
          </w:tcPr>
          <w:p w14:paraId="1A2DFCC6" w14:textId="5E53355F" w:rsidR="003906DC" w:rsidRPr="007A1F76" w:rsidRDefault="000A1A9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Tuesday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>, June 1, 202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</w:tr>
      <w:tr w:rsidR="003906DC" w:rsidRPr="007A1F76" w14:paraId="3C197A33" w14:textId="77777777">
        <w:tc>
          <w:tcPr>
            <w:tcW w:w="4320" w:type="dxa"/>
          </w:tcPr>
          <w:p w14:paraId="49F5589D" w14:textId="2AC26E72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May 202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4320" w:type="dxa"/>
          </w:tcPr>
          <w:p w14:paraId="64556BE7" w14:textId="03BDFBFF" w:rsidR="003906DC" w:rsidRPr="007A1F76" w:rsidRDefault="000A1A9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Wednesday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>, June 30, 202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</w:tr>
      <w:tr w:rsidR="003906DC" w:rsidRPr="007A1F76" w14:paraId="0059AD4D" w14:textId="77777777">
        <w:tc>
          <w:tcPr>
            <w:tcW w:w="4320" w:type="dxa"/>
          </w:tcPr>
          <w:p w14:paraId="3871C4FA" w14:textId="141E3982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June 202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4320" w:type="dxa"/>
          </w:tcPr>
          <w:p w14:paraId="7F9E8B79" w14:textId="5DA3C07A" w:rsidR="003906DC" w:rsidRPr="007A1F76" w:rsidRDefault="000A1A9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Friday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>, July 30, 202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</w:tr>
      <w:tr w:rsidR="003906DC" w:rsidRPr="007A1F76" w14:paraId="2331A285" w14:textId="77777777">
        <w:tc>
          <w:tcPr>
            <w:tcW w:w="4320" w:type="dxa"/>
          </w:tcPr>
          <w:p w14:paraId="0B5A1EB2" w14:textId="5F1D73FC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July 202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4320" w:type="dxa"/>
          </w:tcPr>
          <w:p w14:paraId="1B583D3A" w14:textId="07C533E6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Monday, August 3</w:t>
            </w:r>
            <w:r w:rsidR="000A1A9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, 202</w:t>
            </w:r>
            <w:r w:rsidR="000A1A9A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</w:tr>
      <w:tr w:rsidR="003906DC" w:rsidRPr="007A1F76" w14:paraId="4FF55B48" w14:textId="77777777">
        <w:tc>
          <w:tcPr>
            <w:tcW w:w="4320" w:type="dxa"/>
          </w:tcPr>
          <w:p w14:paraId="42348558" w14:textId="3B0C2208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August 202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4320" w:type="dxa"/>
          </w:tcPr>
          <w:p w14:paraId="73EC6BED" w14:textId="40C83965" w:rsidR="003906DC" w:rsidRPr="007A1F76" w:rsidRDefault="000A1A9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Thursday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>, September 30, 202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</w:tr>
      <w:tr w:rsidR="003906DC" w:rsidRPr="007A1F76" w14:paraId="2F1DCE69" w14:textId="77777777">
        <w:tc>
          <w:tcPr>
            <w:tcW w:w="4320" w:type="dxa"/>
          </w:tcPr>
          <w:p w14:paraId="12BBC07C" w14:textId="330E91AF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September 202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4320" w:type="dxa"/>
          </w:tcPr>
          <w:p w14:paraId="47D41B08" w14:textId="32362D64" w:rsidR="003906DC" w:rsidRPr="007A1F76" w:rsidRDefault="000A1A9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Monday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November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>, 202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</w:tr>
    </w:tbl>
    <w:p w14:paraId="25845715" w14:textId="77777777" w:rsidR="003906DC" w:rsidRDefault="003906DC"/>
    <w:p w14:paraId="610D784D" w14:textId="4962B563" w:rsidR="003906DC" w:rsidRDefault="007A1F76">
      <w:pPr>
        <w:pStyle w:val="Heading2"/>
      </w:pPr>
      <w:r>
        <w:t xml:space="preserve">60-Day Final Claim </w:t>
      </w:r>
      <w:r w:rsidR="00FF2069">
        <w:t>Submission Dates</w:t>
      </w:r>
    </w:p>
    <w:p w14:paraId="5CCCFA3D" w14:textId="5181D787" w:rsidR="003906DC" w:rsidRPr="007A1F76" w:rsidRDefault="007A1F76">
      <w:pPr>
        <w:rPr>
          <w:rFonts w:asciiTheme="majorHAnsi" w:hAnsiTheme="majorHAnsi" w:cstheme="majorHAnsi"/>
          <w:sz w:val="24"/>
          <w:szCs w:val="24"/>
        </w:rPr>
      </w:pPr>
      <w:r w:rsidRPr="007A1F76">
        <w:rPr>
          <w:rFonts w:asciiTheme="majorHAnsi" w:hAnsiTheme="majorHAnsi" w:cstheme="majorHAnsi"/>
          <w:b/>
          <w:bCs/>
          <w:sz w:val="24"/>
          <w:szCs w:val="24"/>
        </w:rPr>
        <w:t>Enter reviewed and approved claims into EGMS</w:t>
      </w:r>
      <w:r w:rsidRPr="007A1F76">
        <w:rPr>
          <w:rFonts w:asciiTheme="majorHAnsi" w:hAnsiTheme="majorHAnsi" w:cstheme="majorHAnsi"/>
          <w:sz w:val="24"/>
          <w:szCs w:val="24"/>
        </w:rPr>
        <w:t xml:space="preserve"> within </w:t>
      </w:r>
      <w:r w:rsidRPr="007A1F76">
        <w:rPr>
          <w:rFonts w:asciiTheme="majorHAnsi" w:hAnsiTheme="majorHAnsi" w:cstheme="majorHAnsi"/>
          <w:b/>
          <w:bCs/>
          <w:sz w:val="24"/>
          <w:szCs w:val="24"/>
        </w:rPr>
        <w:t>60 days</w:t>
      </w:r>
      <w:r w:rsidRPr="007A1F76">
        <w:rPr>
          <w:rFonts w:asciiTheme="majorHAnsi" w:hAnsiTheme="majorHAnsi" w:cstheme="majorHAnsi"/>
          <w:sz w:val="24"/>
          <w:szCs w:val="24"/>
        </w:rPr>
        <w:t xml:space="preserve"> of the end of each claim month. If the 60th day falls on a weekend, enter by the following Monday.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3906DC" w:rsidRPr="007A1F76" w14:paraId="52161267" w14:textId="77777777">
        <w:tc>
          <w:tcPr>
            <w:tcW w:w="4320" w:type="dxa"/>
          </w:tcPr>
          <w:p w14:paraId="3EA8CEF3" w14:textId="77777777" w:rsidR="003906DC" w:rsidRPr="007A1F76" w:rsidRDefault="007A1F76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Claim Month</w:t>
            </w:r>
          </w:p>
        </w:tc>
        <w:tc>
          <w:tcPr>
            <w:tcW w:w="4320" w:type="dxa"/>
          </w:tcPr>
          <w:p w14:paraId="6D18237B" w14:textId="77777777" w:rsidR="003906DC" w:rsidRPr="007A1F76" w:rsidRDefault="007A1F76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Enter By (60-Day Deadline)</w:t>
            </w:r>
          </w:p>
        </w:tc>
      </w:tr>
      <w:tr w:rsidR="003906DC" w:rsidRPr="007A1F76" w14:paraId="31134635" w14:textId="77777777">
        <w:tc>
          <w:tcPr>
            <w:tcW w:w="4320" w:type="dxa"/>
          </w:tcPr>
          <w:p w14:paraId="33CCE8D6" w14:textId="487E5822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October 202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4320" w:type="dxa"/>
          </w:tcPr>
          <w:p w14:paraId="570D3767" w14:textId="245C668F" w:rsidR="003906DC" w:rsidRPr="007A1F76" w:rsidRDefault="00D95B7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Wednesday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>, December 30, 202</w:t>
            </w:r>
            <w:r w:rsidR="000A1A9A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</w:tr>
      <w:tr w:rsidR="003906DC" w:rsidRPr="007A1F76" w14:paraId="0907462A" w14:textId="77777777">
        <w:tc>
          <w:tcPr>
            <w:tcW w:w="4320" w:type="dxa"/>
          </w:tcPr>
          <w:p w14:paraId="4B792649" w14:textId="73D5B54C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November 202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4320" w:type="dxa"/>
          </w:tcPr>
          <w:p w14:paraId="01BE9FDB" w14:textId="60E84BB8" w:rsidR="003906DC" w:rsidRPr="007A1F76" w:rsidRDefault="00D95B7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Friday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 xml:space="preserve">, January </w:t>
            </w:r>
            <w:r w:rsidR="00030730">
              <w:rPr>
                <w:rFonts w:asciiTheme="majorHAnsi" w:hAnsiTheme="majorHAnsi" w:cstheme="majorHAnsi"/>
                <w:sz w:val="24"/>
                <w:szCs w:val="24"/>
              </w:rPr>
              <w:t>29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>, 202</w:t>
            </w:r>
            <w:r w:rsidR="006748EB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</w:tr>
      <w:tr w:rsidR="003906DC" w:rsidRPr="007A1F76" w14:paraId="3001F311" w14:textId="77777777">
        <w:tc>
          <w:tcPr>
            <w:tcW w:w="4320" w:type="dxa"/>
          </w:tcPr>
          <w:p w14:paraId="771B762C" w14:textId="57064739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December 202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4320" w:type="dxa"/>
          </w:tcPr>
          <w:p w14:paraId="739180AA" w14:textId="7BCB75E6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 xml:space="preserve">Monday, March 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, 202</w:t>
            </w:r>
            <w:r w:rsidR="006748EB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</w:tr>
      <w:tr w:rsidR="003906DC" w:rsidRPr="007A1F76" w14:paraId="1E1AE4A5" w14:textId="77777777">
        <w:tc>
          <w:tcPr>
            <w:tcW w:w="4320" w:type="dxa"/>
          </w:tcPr>
          <w:p w14:paraId="55D6B003" w14:textId="155503A4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January 202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4320" w:type="dxa"/>
          </w:tcPr>
          <w:p w14:paraId="282B3EF4" w14:textId="39A242B1" w:rsidR="003906DC" w:rsidRPr="007A1F76" w:rsidRDefault="006748E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Thursday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 xml:space="preserve">, April </w:t>
            </w:r>
            <w:r w:rsidR="00030730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>, 202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</w:tr>
      <w:tr w:rsidR="003906DC" w:rsidRPr="007A1F76" w14:paraId="68DB85F7" w14:textId="77777777">
        <w:tc>
          <w:tcPr>
            <w:tcW w:w="4320" w:type="dxa"/>
          </w:tcPr>
          <w:p w14:paraId="08C244CB" w14:textId="42B7D2A0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February 202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4320" w:type="dxa"/>
          </w:tcPr>
          <w:p w14:paraId="1FD5D1BA" w14:textId="171C6725" w:rsidR="003906DC" w:rsidRPr="007A1F76" w:rsidRDefault="006748E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Thursday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>, April 2</w:t>
            </w:r>
            <w:r w:rsidR="00030730">
              <w:rPr>
                <w:rFonts w:asciiTheme="majorHAnsi" w:hAnsiTheme="majorHAnsi" w:cstheme="majorHAnsi"/>
                <w:sz w:val="24"/>
                <w:szCs w:val="24"/>
              </w:rPr>
              <w:t>9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>, 202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</w:tr>
      <w:tr w:rsidR="003906DC" w:rsidRPr="007A1F76" w14:paraId="7CF0DBDA" w14:textId="77777777">
        <w:tc>
          <w:tcPr>
            <w:tcW w:w="4320" w:type="dxa"/>
          </w:tcPr>
          <w:p w14:paraId="48AF33D0" w14:textId="3508E0FD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March 202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4320" w:type="dxa"/>
          </w:tcPr>
          <w:p w14:paraId="04639FA9" w14:textId="648486EC" w:rsidR="003906DC" w:rsidRPr="007A1F76" w:rsidRDefault="00D95B7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Tuesday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June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030730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>, 202</w:t>
            </w:r>
            <w:r w:rsidR="006748EB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</w:tr>
      <w:tr w:rsidR="003906DC" w:rsidRPr="007A1F76" w14:paraId="52F5555C" w14:textId="77777777">
        <w:tc>
          <w:tcPr>
            <w:tcW w:w="4320" w:type="dxa"/>
          </w:tcPr>
          <w:p w14:paraId="3F2F22A5" w14:textId="57AD855E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April 202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4320" w:type="dxa"/>
          </w:tcPr>
          <w:p w14:paraId="0E50F5E0" w14:textId="31A77F24" w:rsidR="003906DC" w:rsidRPr="007A1F76" w:rsidRDefault="006748E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Tuesday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>, June 29, 202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</w:tr>
      <w:tr w:rsidR="003906DC" w:rsidRPr="007A1F76" w14:paraId="08ECC2D6" w14:textId="77777777">
        <w:tc>
          <w:tcPr>
            <w:tcW w:w="4320" w:type="dxa"/>
          </w:tcPr>
          <w:p w14:paraId="28D89319" w14:textId="2395DC8C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May 202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4320" w:type="dxa"/>
          </w:tcPr>
          <w:p w14:paraId="178FF668" w14:textId="3E8EE511" w:rsidR="003906DC" w:rsidRPr="007A1F76" w:rsidRDefault="006748E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Friday</w:t>
            </w:r>
            <w:r w:rsidR="007A1F76" w:rsidRPr="007A1F76">
              <w:rPr>
                <w:rFonts w:asciiTheme="majorHAnsi" w:hAnsiTheme="majorHAnsi" w:cstheme="majorHAnsi"/>
                <w:sz w:val="24"/>
                <w:szCs w:val="24"/>
              </w:rPr>
              <w:t>, July 30, 202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</w:tr>
      <w:tr w:rsidR="003906DC" w:rsidRPr="007A1F76" w14:paraId="16915A96" w14:textId="77777777">
        <w:tc>
          <w:tcPr>
            <w:tcW w:w="4320" w:type="dxa"/>
          </w:tcPr>
          <w:p w14:paraId="7DFB310E" w14:textId="2F705935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June 202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4320" w:type="dxa"/>
          </w:tcPr>
          <w:p w14:paraId="2895D176" w14:textId="3EA158B0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Monday, August 3</w:t>
            </w:r>
            <w:r w:rsidR="006748E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, 202</w:t>
            </w:r>
            <w:r w:rsidR="006748EB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</w:tr>
      <w:tr w:rsidR="003906DC" w:rsidRPr="007A1F76" w14:paraId="413F86BC" w14:textId="77777777">
        <w:tc>
          <w:tcPr>
            <w:tcW w:w="4320" w:type="dxa"/>
          </w:tcPr>
          <w:p w14:paraId="614CE13D" w14:textId="1D60A4C7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July 202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4320" w:type="dxa"/>
          </w:tcPr>
          <w:p w14:paraId="5D69DC91" w14:textId="34223137" w:rsidR="003906DC" w:rsidRPr="00D95B7C" w:rsidRDefault="0072047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D95B7C">
              <w:rPr>
                <w:rFonts w:asciiTheme="majorHAnsi" w:hAnsiTheme="majorHAnsi" w:cstheme="majorHAnsi"/>
                <w:sz w:val="24"/>
                <w:szCs w:val="24"/>
              </w:rPr>
              <w:t>Wednesday</w:t>
            </w:r>
            <w:r w:rsidR="007A1F76" w:rsidRPr="00D95B7C">
              <w:rPr>
                <w:rFonts w:asciiTheme="majorHAnsi" w:hAnsiTheme="majorHAnsi" w:cstheme="majorHAnsi"/>
                <w:sz w:val="24"/>
                <w:szCs w:val="24"/>
              </w:rPr>
              <w:t xml:space="preserve">, September </w:t>
            </w:r>
            <w:r w:rsidR="00030730" w:rsidRPr="00D95B7C">
              <w:rPr>
                <w:rFonts w:asciiTheme="majorHAnsi" w:hAnsiTheme="majorHAnsi" w:cstheme="majorHAnsi"/>
                <w:sz w:val="24"/>
                <w:szCs w:val="24"/>
              </w:rPr>
              <w:t>29</w:t>
            </w:r>
            <w:r w:rsidR="007A1F76" w:rsidRPr="00D95B7C">
              <w:rPr>
                <w:rFonts w:asciiTheme="majorHAnsi" w:hAnsiTheme="majorHAnsi" w:cstheme="majorHAnsi"/>
                <w:sz w:val="24"/>
                <w:szCs w:val="24"/>
              </w:rPr>
              <w:t>, 202</w:t>
            </w:r>
            <w:r w:rsidRPr="00D95B7C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</w:tr>
      <w:tr w:rsidR="003906DC" w:rsidRPr="007A1F76" w14:paraId="675BDF01" w14:textId="77777777">
        <w:tc>
          <w:tcPr>
            <w:tcW w:w="4320" w:type="dxa"/>
          </w:tcPr>
          <w:p w14:paraId="3D20AEE4" w14:textId="0EBFB2B5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August 202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4320" w:type="dxa"/>
          </w:tcPr>
          <w:p w14:paraId="29E23D71" w14:textId="7C2CFF52" w:rsidR="003906DC" w:rsidRPr="00D95B7C" w:rsidRDefault="0072047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D95B7C">
              <w:rPr>
                <w:rFonts w:asciiTheme="majorHAnsi" w:hAnsiTheme="majorHAnsi" w:cstheme="majorHAnsi"/>
                <w:sz w:val="24"/>
                <w:szCs w:val="24"/>
              </w:rPr>
              <w:t>Monday</w:t>
            </w:r>
            <w:r w:rsidR="007A1F76" w:rsidRPr="00D95B7C"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D95B7C">
              <w:rPr>
                <w:rFonts w:asciiTheme="majorHAnsi" w:hAnsiTheme="majorHAnsi" w:cstheme="majorHAnsi"/>
                <w:sz w:val="24"/>
                <w:szCs w:val="24"/>
              </w:rPr>
              <w:t>November 1</w:t>
            </w:r>
            <w:r w:rsidR="007A1F76" w:rsidRPr="00D95B7C">
              <w:rPr>
                <w:rFonts w:asciiTheme="majorHAnsi" w:hAnsiTheme="majorHAnsi" w:cstheme="majorHAnsi"/>
                <w:sz w:val="24"/>
                <w:szCs w:val="24"/>
              </w:rPr>
              <w:t>, 202</w:t>
            </w:r>
            <w:r w:rsidR="00D95B7C" w:rsidRPr="00D95B7C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</w:tr>
      <w:tr w:rsidR="003906DC" w:rsidRPr="007A1F76" w14:paraId="7FC021F4" w14:textId="77777777">
        <w:tc>
          <w:tcPr>
            <w:tcW w:w="4320" w:type="dxa"/>
          </w:tcPr>
          <w:p w14:paraId="4A872A17" w14:textId="4CDCFA4F" w:rsidR="003906DC" w:rsidRPr="007A1F76" w:rsidRDefault="007A1F7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1F76">
              <w:rPr>
                <w:rFonts w:asciiTheme="majorHAnsi" w:hAnsiTheme="majorHAnsi" w:cstheme="majorHAnsi"/>
                <w:sz w:val="24"/>
                <w:szCs w:val="24"/>
              </w:rPr>
              <w:t>September 202</w:t>
            </w:r>
            <w:r w:rsidR="00D72EBD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4320" w:type="dxa"/>
          </w:tcPr>
          <w:p w14:paraId="3E669071" w14:textId="516013B2" w:rsidR="003906DC" w:rsidRPr="00D95B7C" w:rsidRDefault="005C59E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Monday</w:t>
            </w:r>
            <w:r w:rsidR="007A1F76" w:rsidRPr="00D95B7C">
              <w:rPr>
                <w:rFonts w:asciiTheme="majorHAnsi" w:hAnsiTheme="majorHAnsi" w:cstheme="majorHAnsi"/>
                <w:sz w:val="24"/>
                <w:szCs w:val="24"/>
              </w:rPr>
              <w:t xml:space="preserve">, November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29</w:t>
            </w:r>
            <w:r w:rsidR="007A1F76" w:rsidRPr="00D95B7C">
              <w:rPr>
                <w:rFonts w:asciiTheme="majorHAnsi" w:hAnsiTheme="majorHAnsi" w:cstheme="majorHAnsi"/>
                <w:sz w:val="24"/>
                <w:szCs w:val="24"/>
              </w:rPr>
              <w:t>, 202</w:t>
            </w:r>
            <w:r w:rsidR="00D95B7C" w:rsidRPr="00D95B7C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</w:tr>
    </w:tbl>
    <w:p w14:paraId="08E384DB" w14:textId="77777777" w:rsidR="007A1F76" w:rsidRDefault="007A1F76"/>
    <w:sectPr w:rsidR="007A1F7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1305941">
    <w:abstractNumId w:val="8"/>
  </w:num>
  <w:num w:numId="2" w16cid:durableId="1656108187">
    <w:abstractNumId w:val="6"/>
  </w:num>
  <w:num w:numId="3" w16cid:durableId="1754469473">
    <w:abstractNumId w:val="5"/>
  </w:num>
  <w:num w:numId="4" w16cid:durableId="1677220436">
    <w:abstractNumId w:val="4"/>
  </w:num>
  <w:num w:numId="5" w16cid:durableId="622733224">
    <w:abstractNumId w:val="7"/>
  </w:num>
  <w:num w:numId="6" w16cid:durableId="1559172034">
    <w:abstractNumId w:val="3"/>
  </w:num>
  <w:num w:numId="7" w16cid:durableId="658581027">
    <w:abstractNumId w:val="2"/>
  </w:num>
  <w:num w:numId="8" w16cid:durableId="1568881632">
    <w:abstractNumId w:val="1"/>
  </w:num>
  <w:num w:numId="9" w16cid:durableId="1526282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730"/>
    <w:rsid w:val="00034616"/>
    <w:rsid w:val="0006063C"/>
    <w:rsid w:val="000A1A9A"/>
    <w:rsid w:val="0015074B"/>
    <w:rsid w:val="0029639D"/>
    <w:rsid w:val="00326F90"/>
    <w:rsid w:val="003906DC"/>
    <w:rsid w:val="004167D0"/>
    <w:rsid w:val="004A6A58"/>
    <w:rsid w:val="004C3493"/>
    <w:rsid w:val="0052203E"/>
    <w:rsid w:val="005C59EA"/>
    <w:rsid w:val="006748EB"/>
    <w:rsid w:val="00720472"/>
    <w:rsid w:val="00790BEF"/>
    <w:rsid w:val="007A1F76"/>
    <w:rsid w:val="007E3F61"/>
    <w:rsid w:val="00A8091F"/>
    <w:rsid w:val="00AA1D8D"/>
    <w:rsid w:val="00AF6734"/>
    <w:rsid w:val="00B47730"/>
    <w:rsid w:val="00C8587C"/>
    <w:rsid w:val="00CB0664"/>
    <w:rsid w:val="00D72EBD"/>
    <w:rsid w:val="00D95B7C"/>
    <w:rsid w:val="00DF6EAA"/>
    <w:rsid w:val="00EE3428"/>
    <w:rsid w:val="00F752A7"/>
    <w:rsid w:val="00F97790"/>
    <w:rsid w:val="00FC693F"/>
    <w:rsid w:val="00FF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F89261"/>
  <w14:defaultImageDpi w14:val="300"/>
  <w15:docId w15:val="{A4FDC760-7DAC-4E8D-9FEA-E714128DE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7A1F7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1F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DE.FFVP@ode.oregon.gov" TargetMode="Externa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7457C9221D0340B8D5CA9726A131CC" ma:contentTypeVersion="11" ma:contentTypeDescription="Create a new document." ma:contentTypeScope="" ma:versionID="59a4007f81d6894144c0d35730365fa6">
  <xsd:schema xmlns:xsd="http://www.w3.org/2001/XMLSchema" xmlns:xs="http://www.w3.org/2001/XMLSchema" xmlns:p="http://schemas.microsoft.com/office/2006/metadata/properties" xmlns:ns1="http://schemas.microsoft.com/sharepoint/v3" xmlns:ns2="5555b13e-5550-4a64-82c9-4795d4b5fce9" xmlns:ns3="54031767-dd6d-417c-ab73-583408f47564" targetNamespace="http://schemas.microsoft.com/office/2006/metadata/properties" ma:root="true" ma:fieldsID="9b1b5435e81c095c80bce3896ba3a049" ns1:_="" ns2:_="" ns3:_="">
    <xsd:import namespace="http://schemas.microsoft.com/sharepoint/v3"/>
    <xsd:import namespace="5555b13e-5550-4a64-82c9-4795d4b5fce9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5b13e-5550-4a64-82c9-4795d4b5fce9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stimated_x0020_Creation_x0020_Date xmlns="5555b13e-5550-4a64-82c9-4795d4b5fce9" xsi:nil="true"/>
    <Priority xmlns="5555b13e-5550-4a64-82c9-4795d4b5fce9">New</Priority>
    <Remediation_x0020_Date xmlns="5555b13e-5550-4a64-82c9-4795d4b5fce9">2026-09-16T18:33:41+00:00</Remediation_x0020_Date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4260F5-E6E5-4CD2-82A3-43ACF9C47BD3}"/>
</file>

<file path=customXml/itemProps3.xml><?xml version="1.0" encoding="utf-8"?>
<ds:datastoreItem xmlns:ds="http://schemas.openxmlformats.org/officeDocument/2006/customXml" ds:itemID="{E2407ECB-297F-43F4-B014-C16DABDAB667}"/>
</file>

<file path=customXml/itemProps4.xml><?xml version="1.0" encoding="utf-8"?>
<ds:datastoreItem xmlns:ds="http://schemas.openxmlformats.org/officeDocument/2006/customXml" ds:itemID="{F50F9F7C-125F-4542-A538-9EE6BB739705}"/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KELEM Nadia * ODE</cp:lastModifiedBy>
  <cp:revision>11</cp:revision>
  <cp:lastPrinted>2026-01-05T18:49:00Z</cp:lastPrinted>
  <dcterms:created xsi:type="dcterms:W3CDTF">2025-05-15T18:52:00Z</dcterms:created>
  <dcterms:modified xsi:type="dcterms:W3CDTF">2026-09-10T16:05:00Z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0x010100FC7457C9221D0340B8D5CA9726A131CC</vt:lpwstr>
  </property>
</Properties>
</file>